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2352F" w14:textId="4B67A7F8" w:rsidR="00AB1399" w:rsidRPr="00821981" w:rsidRDefault="00821981">
      <w:pPr>
        <w:pStyle w:val="Title"/>
        <w:rPr>
          <w:rFonts w:cstheme="majorHAnsi"/>
          <w:sz w:val="44"/>
          <w:szCs w:val="44"/>
        </w:rPr>
      </w:pPr>
      <w:r w:rsidRPr="00821981">
        <w:rPr>
          <w:rFonts w:cstheme="majorHAnsi"/>
          <w:sz w:val="44"/>
          <w:szCs w:val="44"/>
        </w:rPr>
        <w:t xml:space="preserve">CV </w:t>
      </w:r>
    </w:p>
    <w:p w14:paraId="1AFDF754" w14:textId="77777777" w:rsidR="00821981" w:rsidRPr="00821981" w:rsidRDefault="00821981" w:rsidP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t>Contact Details</w:t>
      </w:r>
    </w:p>
    <w:p w14:paraId="1A5244F2" w14:textId="77777777" w:rsidR="00821981" w:rsidRPr="00821981" w:rsidRDefault="00821981" w:rsidP="00821981">
      <w:pPr>
        <w:pStyle w:val="NoSpacing"/>
        <w:rPr>
          <w:sz w:val="24"/>
          <w:szCs w:val="24"/>
        </w:rPr>
      </w:pPr>
      <w:r w:rsidRPr="00821981">
        <w:rPr>
          <w:sz w:val="24"/>
          <w:szCs w:val="24"/>
        </w:rPr>
        <w:t>Name:</w:t>
      </w:r>
    </w:p>
    <w:p w14:paraId="1C061554" w14:textId="1C1986BA" w:rsidR="00821981" w:rsidRPr="00821981" w:rsidRDefault="00821981" w:rsidP="00821981">
      <w:pPr>
        <w:pStyle w:val="NoSpacing"/>
        <w:rPr>
          <w:sz w:val="24"/>
          <w:szCs w:val="24"/>
        </w:rPr>
      </w:pPr>
      <w:r w:rsidRPr="00821981">
        <w:rPr>
          <w:sz w:val="24"/>
          <w:szCs w:val="24"/>
        </w:rPr>
        <w:t xml:space="preserve">Email: </w:t>
      </w:r>
      <w:r w:rsidRPr="00821981">
        <w:rPr>
          <w:sz w:val="24"/>
          <w:szCs w:val="24"/>
        </w:rPr>
        <w:br/>
        <w:t xml:space="preserve">Phone: </w:t>
      </w:r>
      <w:r w:rsidRPr="00821981">
        <w:rPr>
          <w:sz w:val="24"/>
          <w:szCs w:val="24"/>
        </w:rPr>
        <w:br/>
        <w:t xml:space="preserve">Location: </w:t>
      </w:r>
      <w:r w:rsidRPr="00821981">
        <w:rPr>
          <w:sz w:val="24"/>
          <w:szCs w:val="24"/>
        </w:rPr>
        <w:br/>
        <w:t>LinkedIn: (optional)</w:t>
      </w:r>
    </w:p>
    <w:p w14:paraId="370F28C3" w14:textId="1C7071A2" w:rsidR="00AB1399" w:rsidRPr="00821981" w:rsidRDefault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t>Personal Profile</w:t>
      </w:r>
    </w:p>
    <w:p w14:paraId="5B9B8EC4" w14:textId="77777777" w:rsidR="00AB1399" w:rsidRPr="00821981" w:rsidRDefault="00821981">
      <w:pPr>
        <w:rPr>
          <w:rFonts w:asciiTheme="majorHAnsi" w:hAnsiTheme="majorHAnsi" w:cstheme="majorHAnsi"/>
          <w:sz w:val="24"/>
          <w:szCs w:val="24"/>
        </w:rPr>
      </w:pPr>
      <w:r w:rsidRPr="00821981">
        <w:rPr>
          <w:rFonts w:asciiTheme="majorHAnsi" w:hAnsiTheme="majorHAnsi" w:cstheme="majorHAnsi"/>
          <w:sz w:val="24"/>
          <w:szCs w:val="24"/>
        </w:rPr>
        <w:t>Write a brief summary about yourself, highlighting your skills, experience, and career goals. Keep it concise and relevant to the job you are applying for.</w:t>
      </w:r>
    </w:p>
    <w:p w14:paraId="4A1360E9" w14:textId="77777777" w:rsidR="00AB1399" w:rsidRPr="00821981" w:rsidRDefault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t>Employment History</w:t>
      </w:r>
    </w:p>
    <w:p w14:paraId="647994E6" w14:textId="77777777" w:rsidR="00AB1399" w:rsidRPr="00821981" w:rsidRDefault="00821981">
      <w:pPr>
        <w:rPr>
          <w:rFonts w:asciiTheme="majorHAnsi" w:hAnsiTheme="majorHAnsi" w:cstheme="majorHAnsi"/>
          <w:sz w:val="24"/>
          <w:szCs w:val="24"/>
        </w:rPr>
      </w:pPr>
      <w:r w:rsidRPr="00821981">
        <w:rPr>
          <w:rFonts w:asciiTheme="majorHAnsi" w:hAnsiTheme="majorHAnsi" w:cstheme="majorHAnsi"/>
          <w:sz w:val="24"/>
          <w:szCs w:val="24"/>
        </w:rPr>
        <w:t>Company Name — Job Title</w:t>
      </w:r>
      <w:r w:rsidRPr="00821981">
        <w:rPr>
          <w:rFonts w:asciiTheme="majorHAnsi" w:hAnsiTheme="majorHAnsi" w:cstheme="majorHAnsi"/>
          <w:sz w:val="24"/>
          <w:szCs w:val="24"/>
        </w:rPr>
        <w:br/>
        <w:t>Dates of Employment</w:t>
      </w:r>
      <w:r w:rsidRPr="00821981">
        <w:rPr>
          <w:rFonts w:asciiTheme="majorHAnsi" w:hAnsiTheme="majorHAnsi" w:cstheme="majorHAnsi"/>
          <w:sz w:val="24"/>
          <w:szCs w:val="24"/>
        </w:rPr>
        <w:br/>
        <w:t>• Describe your key responsibilities and achievements in this role.</w:t>
      </w:r>
      <w:r w:rsidRPr="00821981">
        <w:rPr>
          <w:rFonts w:asciiTheme="majorHAnsi" w:hAnsiTheme="majorHAnsi" w:cstheme="majorHAnsi"/>
          <w:sz w:val="24"/>
          <w:szCs w:val="24"/>
        </w:rPr>
        <w:br/>
        <w:t>• Use bullet points for clarity.</w:t>
      </w:r>
      <w:r w:rsidRPr="00821981">
        <w:rPr>
          <w:rFonts w:asciiTheme="majorHAnsi" w:hAnsiTheme="majorHAnsi" w:cstheme="majorHAnsi"/>
          <w:sz w:val="24"/>
          <w:szCs w:val="24"/>
        </w:rPr>
        <w:br/>
      </w:r>
      <w:r w:rsidRPr="00821981">
        <w:rPr>
          <w:rFonts w:asciiTheme="majorHAnsi" w:hAnsiTheme="majorHAnsi" w:cstheme="majorHAnsi"/>
          <w:sz w:val="24"/>
          <w:szCs w:val="24"/>
        </w:rPr>
        <w:br/>
        <w:t>Company Name — Job Title</w:t>
      </w:r>
      <w:r w:rsidRPr="00821981">
        <w:rPr>
          <w:rFonts w:asciiTheme="majorHAnsi" w:hAnsiTheme="majorHAnsi" w:cstheme="majorHAnsi"/>
          <w:sz w:val="24"/>
          <w:szCs w:val="24"/>
        </w:rPr>
        <w:br/>
        <w:t>Dates of Employment</w:t>
      </w:r>
      <w:r w:rsidRPr="00821981">
        <w:rPr>
          <w:rFonts w:asciiTheme="majorHAnsi" w:hAnsiTheme="majorHAnsi" w:cstheme="majorHAnsi"/>
          <w:sz w:val="24"/>
          <w:szCs w:val="24"/>
        </w:rPr>
        <w:br/>
        <w:t>• Describe your key responsibilities and achievements in this role.</w:t>
      </w:r>
      <w:r w:rsidRPr="00821981">
        <w:rPr>
          <w:rFonts w:asciiTheme="majorHAnsi" w:hAnsiTheme="majorHAnsi" w:cstheme="majorHAnsi"/>
          <w:sz w:val="24"/>
          <w:szCs w:val="24"/>
        </w:rPr>
        <w:br/>
        <w:t>• Use bullet points for clarity.</w:t>
      </w:r>
    </w:p>
    <w:p w14:paraId="2752159F" w14:textId="77777777" w:rsidR="00AB1399" w:rsidRPr="00821981" w:rsidRDefault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t>Education</w:t>
      </w:r>
    </w:p>
    <w:p w14:paraId="131434FA" w14:textId="77777777" w:rsidR="00AB1399" w:rsidRPr="00821981" w:rsidRDefault="00821981">
      <w:pPr>
        <w:rPr>
          <w:rFonts w:asciiTheme="majorHAnsi" w:hAnsiTheme="majorHAnsi" w:cstheme="majorHAnsi"/>
          <w:sz w:val="24"/>
          <w:szCs w:val="24"/>
        </w:rPr>
      </w:pPr>
      <w:r w:rsidRPr="00821981">
        <w:rPr>
          <w:rFonts w:asciiTheme="majorHAnsi" w:hAnsiTheme="majorHAnsi" w:cstheme="majorHAnsi"/>
          <w:sz w:val="24"/>
          <w:szCs w:val="24"/>
        </w:rPr>
        <w:t>Institution Name — Qualification</w:t>
      </w:r>
      <w:r w:rsidRPr="00821981">
        <w:rPr>
          <w:rFonts w:asciiTheme="majorHAnsi" w:hAnsiTheme="majorHAnsi" w:cstheme="majorHAnsi"/>
          <w:sz w:val="24"/>
          <w:szCs w:val="24"/>
        </w:rPr>
        <w:br/>
        <w:t>Dates Attended</w:t>
      </w:r>
      <w:r w:rsidRPr="00821981">
        <w:rPr>
          <w:rFonts w:asciiTheme="majorHAnsi" w:hAnsiTheme="majorHAnsi" w:cstheme="majorHAnsi"/>
          <w:sz w:val="24"/>
          <w:szCs w:val="24"/>
        </w:rPr>
        <w:br/>
        <w:t>• Relevant coursework or honours (if applicable).</w:t>
      </w:r>
    </w:p>
    <w:p w14:paraId="094127DA" w14:textId="77777777" w:rsidR="00AB1399" w:rsidRPr="00821981" w:rsidRDefault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t>Skills</w:t>
      </w:r>
    </w:p>
    <w:p w14:paraId="23A27F2F" w14:textId="77777777" w:rsidR="00AB1399" w:rsidRPr="00821981" w:rsidRDefault="00821981">
      <w:pPr>
        <w:rPr>
          <w:rFonts w:asciiTheme="majorHAnsi" w:hAnsiTheme="majorHAnsi" w:cstheme="majorHAnsi"/>
          <w:sz w:val="24"/>
          <w:szCs w:val="24"/>
        </w:rPr>
      </w:pPr>
      <w:r w:rsidRPr="00821981">
        <w:rPr>
          <w:rFonts w:asciiTheme="majorHAnsi" w:hAnsiTheme="majorHAnsi" w:cstheme="majorHAnsi"/>
          <w:sz w:val="24"/>
          <w:szCs w:val="24"/>
        </w:rPr>
        <w:t>• List your relevant skills here, e.g., software, languages, soft skills, etc.</w:t>
      </w:r>
    </w:p>
    <w:p w14:paraId="2BF5EF43" w14:textId="77777777" w:rsidR="00AB1399" w:rsidRPr="00821981" w:rsidRDefault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t>Certifications</w:t>
      </w:r>
    </w:p>
    <w:p w14:paraId="14E8B83B" w14:textId="77777777" w:rsidR="00AB1399" w:rsidRPr="00821981" w:rsidRDefault="00821981">
      <w:pPr>
        <w:rPr>
          <w:rFonts w:asciiTheme="majorHAnsi" w:hAnsiTheme="majorHAnsi" w:cstheme="majorHAnsi"/>
          <w:sz w:val="24"/>
          <w:szCs w:val="24"/>
        </w:rPr>
      </w:pPr>
      <w:r w:rsidRPr="00821981">
        <w:rPr>
          <w:rFonts w:asciiTheme="majorHAnsi" w:hAnsiTheme="majorHAnsi" w:cstheme="majorHAnsi"/>
          <w:sz w:val="24"/>
          <w:szCs w:val="24"/>
        </w:rPr>
        <w:t>• List any relevant certifications or professional training here.</w:t>
      </w:r>
    </w:p>
    <w:p w14:paraId="3EF06F93" w14:textId="77777777" w:rsidR="00AB1399" w:rsidRPr="00821981" w:rsidRDefault="00821981">
      <w:pPr>
        <w:pStyle w:val="Heading1"/>
        <w:rPr>
          <w:rFonts w:cstheme="majorHAnsi"/>
          <w:sz w:val="24"/>
          <w:szCs w:val="24"/>
        </w:rPr>
      </w:pPr>
      <w:r w:rsidRPr="00821981">
        <w:rPr>
          <w:rFonts w:cstheme="majorHAnsi"/>
          <w:sz w:val="24"/>
          <w:szCs w:val="24"/>
        </w:rPr>
        <w:lastRenderedPageBreak/>
        <w:t>References</w:t>
      </w:r>
    </w:p>
    <w:p w14:paraId="28F52076" w14:textId="77777777" w:rsidR="00AB1399" w:rsidRPr="00821981" w:rsidRDefault="00821981">
      <w:pPr>
        <w:rPr>
          <w:rFonts w:asciiTheme="majorHAnsi" w:hAnsiTheme="majorHAnsi" w:cstheme="majorHAnsi"/>
          <w:sz w:val="24"/>
          <w:szCs w:val="24"/>
        </w:rPr>
      </w:pPr>
      <w:r w:rsidRPr="00821981">
        <w:rPr>
          <w:rFonts w:asciiTheme="majorHAnsi" w:hAnsiTheme="majorHAnsi" w:cstheme="majorHAnsi"/>
          <w:sz w:val="24"/>
          <w:szCs w:val="24"/>
        </w:rPr>
        <w:t>Available upon request</w:t>
      </w:r>
    </w:p>
    <w:sectPr w:rsidR="00AB1399" w:rsidRPr="0082198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91808948">
    <w:abstractNumId w:val="8"/>
  </w:num>
  <w:num w:numId="2" w16cid:durableId="2116632366">
    <w:abstractNumId w:val="6"/>
  </w:num>
  <w:num w:numId="3" w16cid:durableId="803548862">
    <w:abstractNumId w:val="5"/>
  </w:num>
  <w:num w:numId="4" w16cid:durableId="1021862066">
    <w:abstractNumId w:val="4"/>
  </w:num>
  <w:num w:numId="5" w16cid:durableId="1732540505">
    <w:abstractNumId w:val="7"/>
  </w:num>
  <w:num w:numId="6" w16cid:durableId="1059136292">
    <w:abstractNumId w:val="3"/>
  </w:num>
  <w:num w:numId="7" w16cid:durableId="623344836">
    <w:abstractNumId w:val="2"/>
  </w:num>
  <w:num w:numId="8" w16cid:durableId="1375424378">
    <w:abstractNumId w:val="1"/>
  </w:num>
  <w:num w:numId="9" w16cid:durableId="262881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12899"/>
    <w:rsid w:val="00821981"/>
    <w:rsid w:val="00AA1D8D"/>
    <w:rsid w:val="00AB1399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6ACDE6"/>
  <w14:defaultImageDpi w14:val="300"/>
  <w15:docId w15:val="{6BDB8F6A-AA67-4AC3-8D6E-4B9D3ECB1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Sharon Menzies</cp:lastModifiedBy>
  <cp:revision>2</cp:revision>
  <dcterms:created xsi:type="dcterms:W3CDTF">2025-06-16T12:21:00Z</dcterms:created>
  <dcterms:modified xsi:type="dcterms:W3CDTF">2025-06-16T12:21:00Z</dcterms:modified>
  <cp:category/>
</cp:coreProperties>
</file>